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024" w:rsidRDefault="001A6024">
      <w:r>
        <w:rPr>
          <w:noProof/>
          <w:lang w:val="ru-RU" w:eastAsia="ru-RU"/>
        </w:rPr>
        <w:drawing>
          <wp:inline distT="0" distB="0" distL="0" distR="0">
            <wp:extent cx="6858000" cy="10102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67" cy="1010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2A66" w:rsidRDefault="003C2A66" w:rsidP="003C2A66">
      <w:pPr>
        <w:autoSpaceDE w:val="0"/>
        <w:autoSpaceDN w:val="0"/>
        <w:spacing w:after="78" w:line="220" w:lineRule="exact"/>
      </w:pPr>
    </w:p>
    <w:p w:rsidR="003C2A66" w:rsidRPr="003C2A66" w:rsidRDefault="003C2A66" w:rsidP="003C2A66">
      <w:pPr>
        <w:autoSpaceDE w:val="0"/>
        <w:autoSpaceDN w:val="0"/>
        <w:spacing w:after="0" w:line="230" w:lineRule="auto"/>
        <w:rPr>
          <w:lang w:val="ru-RU"/>
        </w:rPr>
      </w:pPr>
      <w:r w:rsidRPr="003C2A6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3C2A66" w:rsidRPr="00BB3C5F" w:rsidRDefault="003C2A66" w:rsidP="003C2A66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3C2A66" w:rsidRPr="00BB3C5F" w:rsidRDefault="003C2A66" w:rsidP="003C2A66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3C2A66" w:rsidRPr="00BB3C5F" w:rsidRDefault="003C2A66" w:rsidP="003C2A66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r w:rsidRPr="00BB3C5F">
        <w:rPr>
          <w:lang w:val="ru-RU"/>
        </w:rPr>
        <w:br/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3C2A66" w:rsidRPr="00BB3C5F" w:rsidRDefault="003C2A66" w:rsidP="003C2A66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3C2A66" w:rsidRPr="00BB3C5F" w:rsidRDefault="003C2A66" w:rsidP="003C2A6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3C2A66" w:rsidRPr="00BB3C5F" w:rsidRDefault="003C2A66" w:rsidP="003C2A6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3C2A66" w:rsidRPr="00BB3C5F" w:rsidRDefault="003C2A66" w:rsidP="003C2A66">
      <w:pPr>
        <w:autoSpaceDE w:val="0"/>
        <w:autoSpaceDN w:val="0"/>
        <w:spacing w:before="70" w:after="0" w:line="262" w:lineRule="auto"/>
        <w:ind w:right="720"/>
        <w:jc w:val="center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</w:t>
      </w:r>
    </w:p>
    <w:p w:rsidR="003C2A66" w:rsidRPr="00BB3C5F" w:rsidRDefault="003C2A66" w:rsidP="003C2A66">
      <w:pPr>
        <w:autoSpaceDE w:val="0"/>
        <w:autoSpaceDN w:val="0"/>
        <w:spacing w:after="0" w:line="230" w:lineRule="auto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духовного и нравственного развития обучающихся младшего школьного возраста.</w:t>
      </w:r>
    </w:p>
    <w:p w:rsidR="003C2A66" w:rsidRPr="00BB3C5F" w:rsidRDefault="003C2A66" w:rsidP="003C2A66">
      <w:pPr>
        <w:autoSpaceDE w:val="0"/>
        <w:autoSpaceDN w:val="0"/>
        <w:spacing w:before="70" w:after="0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3C2A66" w:rsidRPr="00BB3C5F" w:rsidRDefault="003C2A66" w:rsidP="003C2A6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3C2A66" w:rsidRPr="00BB3C5F" w:rsidRDefault="003C2A66" w:rsidP="003C2A6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</w:t>
      </w:r>
      <w:proofErr w:type="gramStart"/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proofErr w:type="gramEnd"/>
      <w:r w:rsidRPr="00BB3C5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</w:t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чертёжно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становление экологического сознания, внимательного и вдумчивого отношения к окружающей</w:t>
      </w:r>
    </w:p>
    <w:p w:rsidR="003C2A66" w:rsidRPr="00BB3C5F" w:rsidRDefault="003C2A66" w:rsidP="003C2A66">
      <w:pPr>
        <w:rPr>
          <w:lang w:val="ru-RU"/>
        </w:rPr>
        <w:sectPr w:rsidR="003C2A66" w:rsidRPr="00BB3C5F">
          <w:pgSz w:w="11900" w:h="16840"/>
          <w:pgMar w:top="286" w:right="704" w:bottom="37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3C2A66" w:rsidRPr="00BB3C5F" w:rsidRDefault="003C2A66" w:rsidP="003C2A66">
      <w:pPr>
        <w:autoSpaceDE w:val="0"/>
        <w:autoSpaceDN w:val="0"/>
        <w:spacing w:after="66" w:line="220" w:lineRule="exact"/>
        <w:rPr>
          <w:lang w:val="ru-RU"/>
        </w:rPr>
      </w:pPr>
    </w:p>
    <w:p w:rsidR="003C2A66" w:rsidRPr="00BB3C5F" w:rsidRDefault="003C2A66" w:rsidP="003C2A66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природе, осознание взаимосвязи рукотворного мира с миром природы;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C2A66" w:rsidRPr="00BB3C5F" w:rsidRDefault="003C2A66" w:rsidP="003C2A66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4 классе — 34 часа (по 1 часу в неделю).</w:t>
      </w:r>
    </w:p>
    <w:p w:rsidR="003C2A66" w:rsidRDefault="003C2A66" w:rsidP="003C2A66">
      <w:pPr>
        <w:rPr>
          <w:lang w:val="ru-RU"/>
        </w:rPr>
      </w:pPr>
    </w:p>
    <w:p w:rsidR="001B6BF0" w:rsidRPr="00BB3C5F" w:rsidRDefault="001B6BF0" w:rsidP="001B6BF0">
      <w:pPr>
        <w:autoSpaceDE w:val="0"/>
        <w:autoSpaceDN w:val="0"/>
        <w:spacing w:after="78" w:line="220" w:lineRule="exact"/>
        <w:rPr>
          <w:lang w:val="ru-RU"/>
        </w:rPr>
      </w:pPr>
    </w:p>
    <w:p w:rsidR="001B6BF0" w:rsidRPr="00BB3C5F" w:rsidRDefault="001B6BF0" w:rsidP="001B6BF0">
      <w:pPr>
        <w:autoSpaceDE w:val="0"/>
        <w:autoSpaceDN w:val="0"/>
        <w:spacing w:after="0" w:line="230" w:lineRule="auto"/>
        <w:rPr>
          <w:lang w:val="ru-RU"/>
        </w:rPr>
      </w:pP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346" w:after="0" w:line="281" w:lineRule="auto"/>
        <w:ind w:right="144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1B6BF0" w:rsidRPr="00BB3C5F" w:rsidRDefault="001B6BF0" w:rsidP="001B6BF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опасностями (пожарные, космонавты, химики и др.).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B6BF0" w:rsidRPr="00BB3C5F" w:rsidRDefault="001B6BF0" w:rsidP="001B6BF0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1B6BF0" w:rsidRPr="00BB3C5F" w:rsidRDefault="001B6BF0" w:rsidP="001B6BF0">
      <w:pPr>
        <w:autoSpaceDE w:val="0"/>
        <w:autoSpaceDN w:val="0"/>
        <w:spacing w:before="70" w:after="0" w:line="281" w:lineRule="auto"/>
        <w:ind w:right="720"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190" w:after="0" w:line="271" w:lineRule="auto"/>
        <w:ind w:right="1008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:rsidR="001B6BF0" w:rsidRPr="00BB3C5F" w:rsidRDefault="001B6BF0" w:rsidP="001B6BF0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дополнительными/изменёнными требованиями к изделию.</w:t>
      </w:r>
    </w:p>
    <w:p w:rsidR="001B6BF0" w:rsidRPr="00BB3C5F" w:rsidRDefault="001B6BF0" w:rsidP="001B6BF0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B6BF0" w:rsidRPr="00BB3C5F" w:rsidRDefault="001B6BF0" w:rsidP="001B6BF0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</w:t>
      </w:r>
    </w:p>
    <w:p w:rsidR="001B6BF0" w:rsidRPr="00BB3C5F" w:rsidRDefault="001B6BF0" w:rsidP="001B6BF0">
      <w:pPr>
        <w:autoSpaceDE w:val="0"/>
        <w:autoSpaceDN w:val="0"/>
        <w:spacing w:before="70" w:after="0" w:line="230" w:lineRule="auto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Простейший ремонт изделий.</w:t>
      </w:r>
    </w:p>
    <w:p w:rsidR="001B6BF0" w:rsidRPr="00BB3C5F" w:rsidRDefault="001B6BF0" w:rsidP="001B6BF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обработки синтетических материалов. Пластик, поролон, полиэтилен. Общее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знакомство, сравнение свойств. Самостоятельное определение технологий их обработки в сравнении с освоенными материалами.</w:t>
      </w:r>
    </w:p>
    <w:p w:rsidR="001B6BF0" w:rsidRPr="00BB3C5F" w:rsidRDefault="001B6BF0" w:rsidP="001B6BF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Комбинированное использование разных материалов.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моделирование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Современные требования к техническим устройствам (</w:t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экологичность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, безопасность, эргономичность и др.).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Конструирование и моделирование изделий из различных материалов, в том числе </w:t>
      </w:r>
      <w:proofErr w:type="spellStart"/>
      <w:proofErr w:type="gram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наборов«</w:t>
      </w:r>
      <w:proofErr w:type="gram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Конструктор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» по проектному заданию или собственному замыслу. Поиск оптимальных и доступных</w:t>
      </w:r>
    </w:p>
    <w:p w:rsidR="001B6BF0" w:rsidRPr="00BB3C5F" w:rsidRDefault="001B6BF0" w:rsidP="001B6BF0">
      <w:pPr>
        <w:autoSpaceDE w:val="0"/>
        <w:autoSpaceDN w:val="0"/>
        <w:spacing w:after="0" w:line="271" w:lineRule="auto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B6BF0" w:rsidRPr="00BB3C5F" w:rsidRDefault="001B6BF0" w:rsidP="001B6BF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B6BF0" w:rsidRPr="00BB3C5F" w:rsidRDefault="001B6BF0" w:rsidP="001B6BF0">
      <w:pPr>
        <w:autoSpaceDE w:val="0"/>
        <w:autoSpaceDN w:val="0"/>
        <w:spacing w:before="190" w:after="0" w:line="262" w:lineRule="auto"/>
        <w:ind w:left="180" w:right="1296"/>
        <w:rPr>
          <w:lang w:val="ru-RU"/>
        </w:rPr>
      </w:pP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Работа с доступной информацией в Интернете и на цифровых носителях информации.</w:t>
      </w:r>
    </w:p>
    <w:p w:rsidR="001B6BF0" w:rsidRPr="00BB3C5F" w:rsidRDefault="001B6BF0" w:rsidP="001B6BF0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Электронные и </w:t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медиаресурсы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</w:r>
      <w:r>
        <w:rPr>
          <w:rFonts w:ascii="Times New Roman" w:eastAsia="Times New Roman" w:hAnsi="Times New Roman"/>
          <w:color w:val="000000"/>
          <w:sz w:val="24"/>
        </w:rPr>
        <w:t>PowerPoint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другой.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Познавательные УУД: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изученного);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конструкции предложенных образцов изделий;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конструировать и моделировать изделия из различных материалов по образцу, рисунку,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простейшему чертежу, эскизу, схеме с использованием общепринятых условных обозначений и по заданным условиям;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решать простые задачи на преобразование конструкции;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работу в соответствии с инструкцией, устной или письменной;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работы с заданным алгоритмом, проверять изделия в действии, вносить необходимые дополнения и изменения;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изделия по самостоятельно предложенному существенному признаку (используемый материал, форма, размер, назначение, способ сборки);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анализа и синтеза, сравнения, классификации предметов/изделий с учётом указанных критериев; </w:t>
      </w:r>
      <w:r w:rsidRPr="00BB3C5F">
        <w:rPr>
          <w:lang w:val="ru-RU"/>
        </w:rPr>
        <w:br/>
      </w:r>
      <w:r w:rsidRPr="00BB3C5F">
        <w:rPr>
          <w:lang w:val="ru-RU"/>
        </w:rPr>
        <w:lastRenderedPageBreak/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второстепенные составляющие конструкции.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анализа информации производить выбор наиболее эффективных способов работы; </w:t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знаково-символические средства для решения задач в умственной или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материализованной форме, выполнять действия моделирования, работать с моделями;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дополнительной информации по тематике творческих и проектных работ; </w:t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рисунки из ресурса компьютера в оформлении изделий и др.;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Коммуникативные УУД: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участия в диалоге: ставить вопросы, аргументировать и доказывать свою точку зрения, уважительно относиться к чужому мнению;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описывать факты из истории развития ремёсел на Руси и в России, высказывать своё отношение к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after="0" w:line="281" w:lineRule="auto"/>
        <w:ind w:right="432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предметам декоративно-прикладного искусства разных народов РФ;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тексты-рассуждения: раскрывать последовательность операций при работе с разными материалами;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Регулятивные УУД: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учебную задачу, самостоятельно определять цели учебно-познавательной деятельности;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практическую работу в соответствии с поставленной целью и выполнять её в соответствии с планом;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контроля/самоконтроля и оценки; процесса и результата деятельности, при необходимости вносить коррективы в выполняемые действия;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волевую </w:t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задания.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деятельности своих товарищей и результатам их работы; в доброжелательной форме комментировать и оценивать их достижения;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:rsidR="001B6BF0" w:rsidRPr="003C2A66" w:rsidRDefault="001B6BF0" w:rsidP="001B6BF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Информационная мастерская. Проект «Дружный класс» (7 часов)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Вспомним и обсудим! Информация. Интернет. Создание текста на компьютере. Создание презентаций. Программа Р</w:t>
      </w:r>
      <w:proofErr w:type="spellStart"/>
      <w:r w:rsidRPr="009F283F">
        <w:rPr>
          <w:rFonts w:ascii="Times New Roman" w:eastAsia="Times New Roman" w:hAnsi="Times New Roman" w:cs="Times New Roman"/>
          <w:sz w:val="24"/>
          <w:szCs w:val="24"/>
        </w:rPr>
        <w:t>ower</w:t>
      </w:r>
      <w:proofErr w:type="spellEnd"/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F283F">
        <w:rPr>
          <w:rFonts w:ascii="Times New Roman" w:eastAsia="Times New Roman" w:hAnsi="Times New Roman" w:cs="Times New Roman"/>
          <w:sz w:val="24"/>
          <w:szCs w:val="24"/>
        </w:rPr>
        <w:t>Point</w:t>
      </w: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. Проверим себя. Презентация класса. Эмблема класса. Папка «Мои достижения».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Проверим себя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Студия «Реклама» (4 часа)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Реклама и маркетинг. Упаковка для мелочей. Коробка для подарка. Упаковка для сюрприза. Проверим себя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Студия «Декор интерьера» (5 часов)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Интерьеры разных времён. Художественная техника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декупаж</w:t>
      </w:r>
      <w:proofErr w:type="spellEnd"/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» Плетёные салфетки. Цветы из креповой бумаги. Сувениры на проволочных кольцах. Изделия из полимеров. Проверим себя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Новогодняя студия (3 часа)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Новогодние традиции. Игрушки из зубочисток. Игрушки из трубочек для коктейля. Проверим себя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Студия «Мода» (8 часов)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одежды и текстильных материалов. Исторический костюм. Одежда народов России. Синтетические ткани. Твоя школьная форма. Объёмные рамки. Аксессуары одежды. Вышивка лентами. Проверим себя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Студия «Подарки» (3 часа)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День защитника Отечества. Плетёная открытка. Весенние цветы.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Проверим себя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Студия «Игрушки» (4 часов)</w:t>
      </w: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игрушек.  Игрушка – </w:t>
      </w:r>
      <w:proofErr w:type="spellStart"/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попрыгушка</w:t>
      </w:r>
      <w:proofErr w:type="spellEnd"/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>. Качающиеся игрушки. Подвижная игрушка «Щелкунчик» Игрушка с рычажным механизмом. Подготовка портфолио. Проверим себя</w:t>
      </w:r>
    </w:p>
    <w:p w:rsidR="001B6BF0" w:rsidRPr="00BB3C5F" w:rsidRDefault="001B6BF0" w:rsidP="001B6BF0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3C2A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</w:t>
      </w:r>
      <w:proofErr w:type="gramStart"/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ТЕХНОЛОГИЯ»НА</w:t>
      </w:r>
      <w:proofErr w:type="gramEnd"/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УРОВНЕ НАЧАЛЬНОГО ОБЩЕГО ОБРАЗОВАНИЯ 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сосуществования рукотворного мира с миром природы; ответственное отношение к сохранению окружающей среды;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природных объектов, образцов мировой и отечественной художественной культуры;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1B6BF0" w:rsidRPr="00BB3C5F" w:rsidRDefault="001B6BF0" w:rsidP="001B6BF0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МЕТАПРЕДМЕТНЫЕ РЕЗУЛЬТАТЫ ОБУЧАЮЩЕГОСЯ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обобщения (технико-технологического и декоративно-художественного характера) по изучаемой тематике;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прогнозировать действия для получения необходимых результатов;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волевую </w:t>
      </w:r>
      <w:proofErr w:type="spellStart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1B6BF0" w:rsidRPr="00BB3C5F" w:rsidRDefault="001B6BF0" w:rsidP="001B6BF0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четвёртом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обучающийся научится: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изученного), о наиболее значимых окружающих производствах;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анализа задания самостоятельно организовывать рабочее место в зависимости от вида работы, осуществлять планирование трудового процесса;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  <w:r w:rsidRPr="001B6BF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элементарные основы бытовой культуры, выполнять доступные действия по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самообслуживанию и доступные виды домашнего труда;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етали освоенными ручными строч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ками;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усвоенных правил дизайна решать простейшие художественно-конструкторские задачи по созданию изделий с заданной функцией;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доступной информацией; работать в программах </w:t>
      </w:r>
      <w:r>
        <w:rPr>
          <w:rFonts w:ascii="Times New Roman" w:eastAsia="Times New Roman" w:hAnsi="Times New Roman"/>
          <w:color w:val="000000"/>
          <w:sz w:val="24"/>
        </w:rPr>
        <w:t>Word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Power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Point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</w:t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проектной деятельности; </w:t>
      </w:r>
      <w:r w:rsidRPr="00BB3C5F">
        <w:rPr>
          <w:lang w:val="ru-RU"/>
        </w:rPr>
        <w:br/>
      </w:r>
      <w:r w:rsidRPr="00BB3C5F">
        <w:rPr>
          <w:lang w:val="ru-RU"/>
        </w:rPr>
        <w:tab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</w:t>
      </w:r>
      <w:r w:rsidRPr="00BB3C5F">
        <w:rPr>
          <w:lang w:val="ru-RU"/>
        </w:rPr>
        <w:br/>
      </w:r>
      <w:r w:rsidRPr="00BB3C5F">
        <w:rPr>
          <w:rFonts w:ascii="Times New Roman" w:eastAsia="Times New Roman" w:hAnsi="Times New Roman"/>
          <w:color w:val="000000"/>
          <w:sz w:val="24"/>
          <w:lang w:val="ru-RU"/>
        </w:rPr>
        <w:t>распределении ролей, координировать собственную работу в общем процессе.</w:t>
      </w:r>
    </w:p>
    <w:p w:rsidR="001B6BF0" w:rsidRDefault="001B6BF0" w:rsidP="001B6BF0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</w:p>
    <w:p w:rsidR="001B6BF0" w:rsidRPr="009F283F" w:rsidRDefault="001B6BF0" w:rsidP="001B6BF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F283F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</w:t>
      </w:r>
      <w:proofErr w:type="spellEnd"/>
      <w:r w:rsidRPr="009F28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283F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proofErr w:type="spellEnd"/>
    </w:p>
    <w:p w:rsidR="001B6BF0" w:rsidRPr="009F283F" w:rsidRDefault="001B6BF0" w:rsidP="001B6BF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0"/>
        <w:tblW w:w="0" w:type="auto"/>
        <w:tblInd w:w="720" w:type="dxa"/>
        <w:tblLook w:val="04A0" w:firstRow="1" w:lastRow="0" w:firstColumn="1" w:lastColumn="0" w:noHBand="0" w:noVBand="1"/>
      </w:tblPr>
      <w:tblGrid>
        <w:gridCol w:w="739"/>
        <w:gridCol w:w="6010"/>
        <w:gridCol w:w="3199"/>
      </w:tblGrid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81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1" w:type="dxa"/>
          </w:tcPr>
          <w:p w:rsidR="001B6BF0" w:rsidRPr="003C2A66" w:rsidRDefault="001B6BF0" w:rsidP="001463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Информационная мастерская. Проект «Дружный класс»</w:t>
            </w: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7ч</w:t>
            </w:r>
          </w:p>
        </w:tc>
      </w:tr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1" w:type="dxa"/>
          </w:tcPr>
          <w:p w:rsidR="001B6BF0" w:rsidRPr="009F283F" w:rsidRDefault="001B6BF0" w:rsidP="001463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Реклама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4ч</w:t>
            </w:r>
          </w:p>
        </w:tc>
      </w:tr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1" w:type="dxa"/>
          </w:tcPr>
          <w:p w:rsidR="001B6BF0" w:rsidRPr="009F283F" w:rsidRDefault="001B6BF0" w:rsidP="001463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интерьера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</w:p>
        </w:tc>
      </w:tr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81" w:type="dxa"/>
          </w:tcPr>
          <w:p w:rsidR="001B6BF0" w:rsidRPr="009F283F" w:rsidRDefault="001B6BF0" w:rsidP="001463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3ч</w:t>
            </w:r>
          </w:p>
        </w:tc>
      </w:tr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81" w:type="dxa"/>
          </w:tcPr>
          <w:p w:rsidR="001B6BF0" w:rsidRPr="009F283F" w:rsidRDefault="001B6BF0" w:rsidP="001463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Мода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8ч</w:t>
            </w:r>
          </w:p>
        </w:tc>
      </w:tr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81" w:type="dxa"/>
          </w:tcPr>
          <w:p w:rsidR="001B6BF0" w:rsidRPr="009F283F" w:rsidRDefault="001B6BF0" w:rsidP="001463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Подарки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3ч</w:t>
            </w:r>
          </w:p>
        </w:tc>
      </w:tr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81" w:type="dxa"/>
          </w:tcPr>
          <w:p w:rsidR="001B6BF0" w:rsidRPr="009F283F" w:rsidRDefault="001B6BF0" w:rsidP="001463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sz w:val="24"/>
                <w:szCs w:val="24"/>
              </w:rPr>
              <w:t>4ч</w:t>
            </w:r>
          </w:p>
        </w:tc>
      </w:tr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1" w:type="dxa"/>
          </w:tcPr>
          <w:p w:rsidR="001B6BF0" w:rsidRPr="009F283F" w:rsidRDefault="001B6BF0" w:rsidP="001463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34 </w:t>
            </w:r>
            <w:proofErr w:type="spellStart"/>
            <w:r w:rsidRPr="009F28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  <w:proofErr w:type="spellEnd"/>
          </w:p>
        </w:tc>
      </w:tr>
      <w:tr w:rsidR="001B6BF0" w:rsidRPr="009F283F" w:rsidTr="001463E8">
        <w:tc>
          <w:tcPr>
            <w:tcW w:w="948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1" w:type="dxa"/>
          </w:tcPr>
          <w:p w:rsidR="001B6BF0" w:rsidRPr="009F283F" w:rsidRDefault="001B6BF0" w:rsidP="001463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</w:tcPr>
          <w:p w:rsidR="001B6BF0" w:rsidRPr="009F283F" w:rsidRDefault="001B6BF0" w:rsidP="00146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6BF0" w:rsidRDefault="001B6BF0" w:rsidP="001B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6BF0" w:rsidRPr="00BB3C5F" w:rsidRDefault="001B6BF0" w:rsidP="001B6BF0">
      <w:pPr>
        <w:autoSpaceDE w:val="0"/>
        <w:autoSpaceDN w:val="0"/>
        <w:spacing w:after="78" w:line="220" w:lineRule="exact"/>
        <w:rPr>
          <w:lang w:val="ru-RU"/>
        </w:rPr>
      </w:pPr>
    </w:p>
    <w:p w:rsidR="001B6BF0" w:rsidRPr="00BB3C5F" w:rsidRDefault="001B6BF0" w:rsidP="001B6BF0">
      <w:pPr>
        <w:jc w:val="center"/>
        <w:rPr>
          <w:lang w:val="ru-RU"/>
        </w:rPr>
      </w:pPr>
      <w:r w:rsidRPr="00BB3C5F">
        <w:rPr>
          <w:rFonts w:ascii="Times New Roman" w:eastAsia="Times New Roman" w:hAnsi="Times New Roman"/>
          <w:b/>
          <w:color w:val="000000"/>
          <w:sz w:val="24"/>
          <w:lang w:val="ru-RU"/>
        </w:rPr>
        <w:t>ПОУРОЧНОЕ ПЛАНИРОВАНИЕ</w:t>
      </w:r>
    </w:p>
    <w:tbl>
      <w:tblPr>
        <w:tblStyle w:val="aff0"/>
        <w:tblW w:w="10740" w:type="dxa"/>
        <w:tblLook w:val="04A0" w:firstRow="1" w:lastRow="0" w:firstColumn="1" w:lastColumn="0" w:noHBand="0" w:noVBand="1"/>
      </w:tblPr>
      <w:tblGrid>
        <w:gridCol w:w="901"/>
        <w:gridCol w:w="5870"/>
        <w:gridCol w:w="992"/>
        <w:gridCol w:w="850"/>
        <w:gridCol w:w="2127"/>
      </w:tblGrid>
      <w:tr w:rsidR="001B6BF0" w:rsidRPr="00A3141D" w:rsidTr="001463E8">
        <w:tc>
          <w:tcPr>
            <w:tcW w:w="901" w:type="dxa"/>
            <w:vMerge w:val="restart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70" w:type="dxa"/>
            <w:vMerge w:val="restart"/>
          </w:tcPr>
          <w:p w:rsidR="001B6BF0" w:rsidRPr="00A3141D" w:rsidRDefault="001B6BF0" w:rsidP="001463E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842" w:type="dxa"/>
            <w:gridSpan w:val="2"/>
          </w:tcPr>
          <w:p w:rsidR="001B6BF0" w:rsidRPr="00A3141D" w:rsidRDefault="001B6BF0" w:rsidP="001463E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127" w:type="dxa"/>
            <w:vMerge w:val="restart"/>
          </w:tcPr>
          <w:p w:rsidR="001B6BF0" w:rsidRPr="00A3141D" w:rsidRDefault="001B6BF0" w:rsidP="001463E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1B6BF0" w:rsidRPr="00A3141D" w:rsidTr="001463E8">
        <w:tc>
          <w:tcPr>
            <w:tcW w:w="901" w:type="dxa"/>
            <w:vMerge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0" w:type="dxa"/>
            <w:vMerge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B6BF0" w:rsidRPr="00A3141D" w:rsidRDefault="001B6BF0" w:rsidP="001463E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2127" w:type="dxa"/>
            <w:vMerge/>
          </w:tcPr>
          <w:p w:rsidR="001B6BF0" w:rsidRPr="00A3141D" w:rsidRDefault="001B6BF0" w:rsidP="001463E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Вспомним и обсудим! Повторение изученного материала в 3 классе</w:t>
            </w:r>
          </w:p>
        </w:tc>
        <w:tc>
          <w:tcPr>
            <w:tcW w:w="992" w:type="dxa"/>
          </w:tcPr>
          <w:p w:rsidR="001B6BF0" w:rsidRPr="00A3141D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B6BF0" w:rsidRPr="00A3141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</w:p>
        </w:tc>
      </w:tr>
      <w:tr w:rsidR="001B6BF0" w:rsidRPr="001A6024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Информация. Интернет. Алгоритм поиска информации в Интернете.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992" w:type="dxa"/>
          </w:tcPr>
          <w:p w:rsidR="001B6BF0" w:rsidRPr="00A3141D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B6BF0" w:rsidRPr="00A3141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правила работы на компьютере</w:t>
            </w:r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текста на компьютере в программе </w:t>
            </w: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992" w:type="dxa"/>
          </w:tcPr>
          <w:p w:rsidR="001B6BF0" w:rsidRPr="00A3141D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B6BF0" w:rsidRPr="00A3141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Напечатать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Алгоритм создания таблиц в программе </w:t>
            </w: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992" w:type="dxa"/>
          </w:tcPr>
          <w:p w:rsidR="001B6BF0" w:rsidRPr="00A3141D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B6BF0" w:rsidRPr="00A3141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Форматирование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6BF0" w:rsidRPr="00A314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таблице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Создание компьютерной презентации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слайда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компьютерной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слайда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Проверим себя. Проверка знаний и умений по теме «Информационный центр»</w:t>
            </w:r>
          </w:p>
        </w:tc>
        <w:tc>
          <w:tcPr>
            <w:tcW w:w="992" w:type="dxa"/>
          </w:tcPr>
          <w:p w:rsidR="001B6BF0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  <w:p w:rsidR="00B72B89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Эмблема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28.10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эмблемы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Компьютерная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Реклама и маркетинг. Виды рекламы.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рекламы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известных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Упаковка для мелочей из развёрток разных форм с расчётом необходимых размеров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Креповая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Новогодние игрушки с объёмными слоёными деталями из креповой бумаги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Зубочистки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Объёмные игрушки геометрических форм из зубочисток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Трубочки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коктейля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Игрушки из трубочек для коктейля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Коробочки для сюрпризов из развёрток разных форм с расчётом необходимых размеров</w:t>
            </w:r>
          </w:p>
        </w:tc>
        <w:tc>
          <w:tcPr>
            <w:tcW w:w="992" w:type="dxa"/>
          </w:tcPr>
          <w:p w:rsidR="001B6BF0" w:rsidRPr="001A6024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B6BF0" w:rsidRPr="001A6024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упаковок пирамидальной формы двумя способами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изделий в художественной технике «</w:t>
            </w:r>
            <w:proofErr w:type="spellStart"/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декупаж</w:t>
            </w:r>
            <w:proofErr w:type="spellEnd"/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Салфетки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плетёных салфеток с помощью чертёжных инструментов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Креповая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креповой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Проволока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Сувениры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проволочных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кольцах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одежды и текстильных материалов. Мода разных времён. Беседа. Крестообразный стежок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Плоскостная картонная модель костюма исторической эпохи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кисти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Плоскостная картонная модель костюма народов России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Ленточки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иголка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тонкими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лентами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вариантов школьной формы для картонных кукол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Объёмные рамки для плоскостных изделий </w:t>
            </w:r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Плетёная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макета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Царь-пушки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Игрушка-попрыгушка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качающимся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механизмом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A3141D" w:rsidTr="001463E8"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7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рычажным</w:t>
            </w:r>
            <w:proofErr w:type="spellEnd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механизмом</w:t>
            </w:r>
            <w:proofErr w:type="spellEnd"/>
          </w:p>
        </w:tc>
        <w:tc>
          <w:tcPr>
            <w:tcW w:w="992" w:type="dxa"/>
          </w:tcPr>
          <w:p w:rsidR="001B6BF0" w:rsidRPr="00B72B89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850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</w:p>
        </w:tc>
      </w:tr>
      <w:tr w:rsidR="001B6BF0" w:rsidRPr="00B72B89" w:rsidTr="001463E8">
        <w:trPr>
          <w:trHeight w:val="65"/>
        </w:trPr>
        <w:tc>
          <w:tcPr>
            <w:tcW w:w="901" w:type="dxa"/>
          </w:tcPr>
          <w:p w:rsidR="001B6BF0" w:rsidRPr="00A3141D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314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7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узнали, чему научились. </w:t>
            </w:r>
            <w:r w:rsidRPr="003C2A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Проверка знаний и умений за 4 класс</w:t>
            </w:r>
          </w:p>
        </w:tc>
        <w:tc>
          <w:tcPr>
            <w:tcW w:w="992" w:type="dxa"/>
          </w:tcPr>
          <w:p w:rsidR="001B6BF0" w:rsidRPr="003C2A66" w:rsidRDefault="00B72B89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850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1B6BF0" w:rsidRPr="003C2A66" w:rsidRDefault="001B6BF0" w:rsidP="001463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B6BF0" w:rsidRPr="00BB3C5F" w:rsidRDefault="001B6BF0" w:rsidP="001B6BF0">
      <w:pPr>
        <w:widowControl w:val="0"/>
        <w:autoSpaceDE w:val="0"/>
        <w:autoSpaceDN w:val="0"/>
        <w:spacing w:before="8" w:after="0" w:line="240" w:lineRule="auto"/>
        <w:ind w:left="2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УЧЕБНО-МЕТОДИЧЕСКОЕ</w:t>
      </w:r>
      <w:r w:rsidRPr="00BB3C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BB3C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BB3C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1B6BF0" w:rsidRPr="00BB3C5F" w:rsidRDefault="001B6BF0" w:rsidP="001B6BF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9"/>
          <w:szCs w:val="24"/>
          <w:lang w:val="ru-RU"/>
        </w:rPr>
      </w:pPr>
    </w:p>
    <w:p w:rsidR="001B6BF0" w:rsidRPr="00BB3C5F" w:rsidRDefault="001B6BF0" w:rsidP="001B6BF0">
      <w:pPr>
        <w:widowControl w:val="0"/>
        <w:autoSpaceDE w:val="0"/>
        <w:autoSpaceDN w:val="0"/>
        <w:spacing w:after="0" w:line="240" w:lineRule="auto"/>
        <w:ind w:left="227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BB3C5F">
        <w:rPr>
          <w:rFonts w:ascii="Times New Roman" w:eastAsia="Times New Roman" w:hAnsi="Times New Roman" w:cs="Times New Roman"/>
          <w:b/>
          <w:sz w:val="24"/>
          <w:lang w:val="ru-RU"/>
        </w:rPr>
        <w:t>ОБЯЗАТЕЛЬНЫЕ</w:t>
      </w:r>
      <w:r w:rsidRPr="00BB3C5F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sz w:val="24"/>
          <w:lang w:val="ru-RU"/>
        </w:rPr>
        <w:t>УЧЕБНЫЕ</w:t>
      </w:r>
      <w:r w:rsidRPr="00BB3C5F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sz w:val="24"/>
          <w:lang w:val="ru-RU"/>
        </w:rPr>
        <w:t>МАТЕРИАЛЫ</w:t>
      </w:r>
      <w:r w:rsidRPr="00BB3C5F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sz w:val="24"/>
          <w:lang w:val="ru-RU"/>
        </w:rPr>
        <w:t>ДЛЯ</w:t>
      </w:r>
      <w:r w:rsidRPr="00BB3C5F">
        <w:rPr>
          <w:rFonts w:ascii="Times New Roman" w:eastAsia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sz w:val="24"/>
          <w:lang w:val="ru-RU"/>
        </w:rPr>
        <w:t>УЧЕНИКА</w:t>
      </w:r>
    </w:p>
    <w:p w:rsidR="001B6BF0" w:rsidRPr="00BB3C5F" w:rsidRDefault="001B6BF0" w:rsidP="001B6BF0">
      <w:pPr>
        <w:widowControl w:val="0"/>
        <w:autoSpaceDE w:val="0"/>
        <w:autoSpaceDN w:val="0"/>
        <w:spacing w:before="65" w:after="0" w:line="300" w:lineRule="auto"/>
        <w:ind w:left="227" w:right="52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>Технология, 4 класс/</w:t>
      </w:r>
      <w:proofErr w:type="spellStart"/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>Лутцева</w:t>
      </w:r>
      <w:proofErr w:type="spellEnd"/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Е.А., Зуева Т.П., Акционерное общество «Издательство «Просвещение»;</w:t>
      </w:r>
      <w:r w:rsidRPr="00BB3C5F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</w:p>
    <w:p w:rsidR="001B6BF0" w:rsidRPr="00BB3C5F" w:rsidRDefault="001B6BF0" w:rsidP="001B6BF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  <w:lang w:val="ru-RU"/>
        </w:rPr>
      </w:pPr>
    </w:p>
    <w:p w:rsidR="001B6BF0" w:rsidRPr="00BB3C5F" w:rsidRDefault="001B6BF0" w:rsidP="001B6BF0">
      <w:pPr>
        <w:widowControl w:val="0"/>
        <w:autoSpaceDE w:val="0"/>
        <w:autoSpaceDN w:val="0"/>
        <w:spacing w:after="0" w:line="240" w:lineRule="auto"/>
        <w:ind w:left="2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BB3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BB3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BB3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1B6BF0" w:rsidRPr="00BB3C5F" w:rsidRDefault="001B6BF0" w:rsidP="001B6BF0">
      <w:pPr>
        <w:widowControl w:val="0"/>
        <w:autoSpaceDE w:val="0"/>
        <w:autoSpaceDN w:val="0"/>
        <w:spacing w:before="63" w:after="0" w:line="300" w:lineRule="auto"/>
        <w:ind w:left="227" w:right="70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Примерная рабочая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программа  </w:t>
      </w:r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начального</w:t>
      </w:r>
      <w:proofErr w:type="gramEnd"/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общего </w:t>
      </w:r>
      <w:proofErr w:type="spellStart"/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образования.Технология</w:t>
      </w:r>
      <w:proofErr w:type="spellEnd"/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>. (для 1-4</w:t>
      </w:r>
      <w:r w:rsidRPr="00BB3C5F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</w:t>
      </w:r>
      <w:r w:rsidRPr="00BB3C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Pr="00BB3C5F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организаций.)</w:t>
      </w:r>
    </w:p>
    <w:p w:rsidR="001B6BF0" w:rsidRPr="00BB3C5F" w:rsidRDefault="001B6BF0" w:rsidP="001B6BF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4"/>
          <w:lang w:val="ru-RU"/>
        </w:rPr>
      </w:pPr>
    </w:p>
    <w:p w:rsidR="001B6BF0" w:rsidRPr="00BB3C5F" w:rsidRDefault="001B6BF0" w:rsidP="001B6BF0">
      <w:pPr>
        <w:widowControl w:val="0"/>
        <w:autoSpaceDE w:val="0"/>
        <w:autoSpaceDN w:val="0"/>
        <w:spacing w:after="0" w:line="240" w:lineRule="auto"/>
        <w:ind w:left="2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BB3C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BB3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BB3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B3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BB3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BB3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BB3C5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1B6BF0" w:rsidRDefault="001A6024" w:rsidP="001B6BF0">
      <w:pPr>
        <w:widowControl w:val="0"/>
        <w:autoSpaceDE w:val="0"/>
        <w:autoSpaceDN w:val="0"/>
        <w:spacing w:before="67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history="1">
        <w:r w:rsidR="001B6BF0" w:rsidRPr="005D43F6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https://resh.edu.ru/</w:t>
        </w:r>
      </w:hyperlink>
    </w:p>
    <w:p w:rsidR="001B6BF0" w:rsidRPr="00BB3C5F" w:rsidRDefault="001B6BF0" w:rsidP="001B6BF0">
      <w:pPr>
        <w:widowControl w:val="0"/>
        <w:autoSpaceDE w:val="0"/>
        <w:autoSpaceDN w:val="0"/>
        <w:spacing w:before="67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6BF0" w:rsidRPr="001B6BF0" w:rsidRDefault="001B6BF0" w:rsidP="001B6BF0">
      <w:pPr>
        <w:tabs>
          <w:tab w:val="left" w:pos="1560"/>
        </w:tabs>
        <w:rPr>
          <w:lang w:val="ru-RU"/>
        </w:rPr>
        <w:sectPr w:rsidR="001B6BF0" w:rsidRPr="001B6BF0">
          <w:pgSz w:w="11900" w:h="16840"/>
          <w:pgMar w:top="298" w:right="782" w:bottom="1440" w:left="666" w:header="720" w:footer="720" w:gutter="0"/>
          <w:cols w:space="720" w:equalWidth="0">
            <w:col w:w="10452" w:space="0"/>
          </w:cols>
          <w:docGrid w:linePitch="360"/>
        </w:sectPr>
      </w:pPr>
      <w:r>
        <w:rPr>
          <w:lang w:val="ru-RU"/>
        </w:rPr>
        <w:tab/>
      </w:r>
    </w:p>
    <w:p w:rsidR="001B6BF0" w:rsidRDefault="001B6BF0" w:rsidP="001B6BF0">
      <w:pPr>
        <w:jc w:val="center"/>
        <w:rPr>
          <w:lang w:val="ru-RU"/>
        </w:rPr>
      </w:pPr>
    </w:p>
    <w:p w:rsidR="001B6BF0" w:rsidRPr="00BB3C5F" w:rsidRDefault="001B6BF0" w:rsidP="001B6BF0">
      <w:pPr>
        <w:rPr>
          <w:lang w:val="ru-RU"/>
        </w:rPr>
        <w:sectPr w:rsidR="001B6BF0" w:rsidRPr="00BB3C5F">
          <w:pgSz w:w="11900" w:h="16840"/>
          <w:pgMar w:top="286" w:right="706" w:bottom="1440" w:left="666" w:header="720" w:footer="720" w:gutter="0"/>
          <w:cols w:space="720" w:equalWidth="0">
            <w:col w:w="10528" w:space="0"/>
          </w:cols>
          <w:docGrid w:linePitch="360"/>
        </w:sectPr>
      </w:pPr>
    </w:p>
    <w:p w:rsidR="001B6BF0" w:rsidRPr="001B6BF0" w:rsidRDefault="001B6BF0" w:rsidP="001B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B6BF0" w:rsidRPr="00BB3C5F" w:rsidRDefault="001B6BF0" w:rsidP="001B6BF0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  <w:sectPr w:rsidR="001B6BF0" w:rsidRPr="00BB3C5F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B6BF0" w:rsidRPr="001B6BF0" w:rsidRDefault="001B6BF0" w:rsidP="001B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B6BF0" w:rsidRPr="001B6BF0" w:rsidRDefault="001B6BF0" w:rsidP="001B6BF0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B6BF0" w:rsidRPr="003C2A66" w:rsidRDefault="001B6BF0" w:rsidP="001B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6BF0" w:rsidRPr="00BB3C5F" w:rsidRDefault="001B6BF0" w:rsidP="001B6BF0">
      <w:pPr>
        <w:rPr>
          <w:lang w:val="ru-RU"/>
        </w:rPr>
        <w:sectPr w:rsidR="001B6BF0" w:rsidRPr="00BB3C5F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B6BF0" w:rsidRPr="00BB3C5F" w:rsidRDefault="001B6BF0" w:rsidP="001B6BF0">
      <w:pPr>
        <w:rPr>
          <w:lang w:val="ru-RU"/>
        </w:rPr>
        <w:sectPr w:rsidR="001B6BF0" w:rsidRPr="00BB3C5F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B6BF0" w:rsidRPr="00BB3C5F" w:rsidRDefault="001B6BF0" w:rsidP="001B6BF0">
      <w:pPr>
        <w:autoSpaceDE w:val="0"/>
        <w:autoSpaceDN w:val="0"/>
        <w:spacing w:after="66" w:line="220" w:lineRule="exact"/>
        <w:rPr>
          <w:lang w:val="ru-RU"/>
        </w:rPr>
      </w:pPr>
    </w:p>
    <w:p w:rsidR="001B6BF0" w:rsidRPr="00BB3C5F" w:rsidRDefault="001B6BF0" w:rsidP="001B6BF0">
      <w:pPr>
        <w:rPr>
          <w:lang w:val="ru-RU"/>
        </w:rPr>
        <w:sectPr w:rsidR="001B6BF0" w:rsidRPr="00BB3C5F">
          <w:pgSz w:w="11900" w:h="16840"/>
          <w:pgMar w:top="286" w:right="752" w:bottom="318" w:left="666" w:header="720" w:footer="720" w:gutter="0"/>
          <w:cols w:space="720" w:equalWidth="0">
            <w:col w:w="10482" w:space="0"/>
          </w:cols>
          <w:docGrid w:linePitch="360"/>
        </w:sectPr>
      </w:pPr>
    </w:p>
    <w:p w:rsidR="001B6BF0" w:rsidRPr="00BB3C5F" w:rsidRDefault="001B6BF0" w:rsidP="001B6BF0">
      <w:pPr>
        <w:autoSpaceDE w:val="0"/>
        <w:autoSpaceDN w:val="0"/>
        <w:spacing w:after="66" w:line="220" w:lineRule="exact"/>
        <w:rPr>
          <w:lang w:val="ru-RU"/>
        </w:rPr>
      </w:pPr>
    </w:p>
    <w:p w:rsidR="001B6BF0" w:rsidRPr="00BB3C5F" w:rsidRDefault="001B6BF0" w:rsidP="003C2A66">
      <w:pPr>
        <w:rPr>
          <w:lang w:val="ru-RU"/>
        </w:rPr>
        <w:sectPr w:rsidR="001B6BF0" w:rsidRPr="00BB3C5F">
          <w:pgSz w:w="11900" w:h="16840"/>
          <w:pgMar w:top="286" w:right="1086" w:bottom="1440" w:left="666" w:header="720" w:footer="720" w:gutter="0"/>
          <w:cols w:space="720" w:equalWidth="0">
            <w:col w:w="10148" w:space="0"/>
          </w:cols>
          <w:docGrid w:linePitch="360"/>
        </w:sectPr>
      </w:pPr>
    </w:p>
    <w:p w:rsidR="003C2A66" w:rsidRPr="00BB3C5F" w:rsidRDefault="003C2A66" w:rsidP="003C2A66">
      <w:pPr>
        <w:rPr>
          <w:lang w:val="ru-RU"/>
        </w:rPr>
        <w:sectPr w:rsidR="003C2A66" w:rsidRPr="00BB3C5F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C2A66" w:rsidRPr="00BB3C5F" w:rsidRDefault="003C2A66" w:rsidP="003C2A66">
      <w:pPr>
        <w:autoSpaceDE w:val="0"/>
        <w:autoSpaceDN w:val="0"/>
        <w:spacing w:after="66" w:line="220" w:lineRule="exact"/>
        <w:rPr>
          <w:lang w:val="ru-RU"/>
        </w:rPr>
      </w:pPr>
    </w:p>
    <w:p w:rsidR="003C2A66" w:rsidRPr="00BB3C5F" w:rsidRDefault="003C2A66" w:rsidP="003C2A66">
      <w:pPr>
        <w:autoSpaceDE w:val="0"/>
        <w:autoSpaceDN w:val="0"/>
        <w:spacing w:after="66" w:line="220" w:lineRule="exact"/>
        <w:rPr>
          <w:lang w:val="ru-RU"/>
        </w:rPr>
      </w:pPr>
    </w:p>
    <w:p w:rsidR="003C2A66" w:rsidRPr="003C2A66" w:rsidRDefault="003C2A66" w:rsidP="003C2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C2A66" w:rsidRPr="003C2A66" w:rsidRDefault="003C2A66" w:rsidP="003C2A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C2A66" w:rsidRPr="00BB3C5F" w:rsidRDefault="003C2A66" w:rsidP="003C2A66">
      <w:pPr>
        <w:rPr>
          <w:lang w:val="ru-RU"/>
        </w:rPr>
        <w:sectPr w:rsidR="003C2A66" w:rsidRPr="00BB3C5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C2A66" w:rsidRDefault="003C2A66">
      <w:pPr>
        <w:sectPr w:rsidR="003C2A66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9859EA" w:rsidRDefault="009859EA">
      <w:pPr>
        <w:sectPr w:rsidR="009859EA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E8354E" w:rsidRPr="00BB3C5F" w:rsidRDefault="00E8354E">
      <w:pPr>
        <w:rPr>
          <w:lang w:val="ru-RU"/>
        </w:rPr>
      </w:pPr>
    </w:p>
    <w:sectPr w:rsidR="00E8354E" w:rsidRPr="00BB3C5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A6024"/>
    <w:rsid w:val="001B6BF0"/>
    <w:rsid w:val="0029639D"/>
    <w:rsid w:val="00326F90"/>
    <w:rsid w:val="003C2A66"/>
    <w:rsid w:val="00865DB9"/>
    <w:rsid w:val="009859EA"/>
    <w:rsid w:val="00AA1D8D"/>
    <w:rsid w:val="00B47730"/>
    <w:rsid w:val="00B72B89"/>
    <w:rsid w:val="00BB3C5F"/>
    <w:rsid w:val="00CB0664"/>
    <w:rsid w:val="00E835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BF0ED0-E910-4F04-94C9-801B1223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BB3C5F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86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65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253F86-3ACC-4316-B68F-E815DF70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4124</Words>
  <Characters>23508</Characters>
  <Application>Microsoft Office Word</Application>
  <DocSecurity>0</DocSecurity>
  <Lines>195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27577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cp:lastPrinted>2022-10-06T11:04:00Z</cp:lastPrinted>
  <dcterms:created xsi:type="dcterms:W3CDTF">2022-08-22T05:54:00Z</dcterms:created>
  <dcterms:modified xsi:type="dcterms:W3CDTF">2023-06-14T04:50:00Z</dcterms:modified>
  <cp:category/>
</cp:coreProperties>
</file>